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היחידות והיצירות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השאלות המנחות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ניווט במידע מספר ובמחשבה על בחירת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סיפור מתורגם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מסלולים: רגיל, חנמ ועולים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במפורש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בתפריט עוד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עוסקת גם בבדידות, קרבה, אחריות ואהבה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יחידה לשאלה המנחה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(הפער בין תקווה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מצחיק אותנו בחולשות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(מה מסתתר מאחורי הפנים שאנשים מראים)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ספרות שומרת 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(איך זוכרים את מי שאינם)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(איך פרק אחד פותח עולם 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הופעת היחידות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פתיחה: איך קוראים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 עברית - מן המסד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 מתורגם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שירה עברית - עד הטפחות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בוחר יחידה, מזכיר את שמה והשאלה המנחה, ומסביר בקצרה מדוע 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מציין שההתאמה נוגעת לרמת השאלות או הניסוח, ומסביר שזה עוזר לכל תלמיד ללמוד בהתאם ליכולתו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יחידות, 43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שאלות, אמצעים ספרותיים, משימת כתיבה וכרטיס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איך זוכרים את מי שאינם ואיך ממשיכים לחיות לצד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עמוד הבית על המסך ולתרגל יחד את חלק ההתאמה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להיעזר בתיאורי היחידות שבעמוד כדי לנמק את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חנמ מומלץ לוותר על פריטי 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ספרות לכיתה ח׳ יש 43 יצירות המחולקות ל-8 יחידות לימוד, וכל יצירה כוללת שאלות, אמצעים ספרותיים ומשימת כתיבה. בדף זה נתרגל את ההיכרות עם מבנה האתר והיחידות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יצירות יש באתר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יחידות לימוד יש באתר (עם יצירות)?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מסלולי לימוד אפשר לבחור בכיתה ח׳?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יצירות יש ביחידת 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יחידה עוסקת בשאלה: מה מסתתר מאחורי הפנים שאנשים מראים לעולם?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מתורגם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יצירות יש ביחידת סיפור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מסלול לימוד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שואה וגבורה עוסקת בשאלה איך ספרות שומרת 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פרק מספר יש ארבע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גם משחקים ומצגות ליחידות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שירה עברית עד הטפחות עוסקת רק בטבע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יחידה לשאלה המנחה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סיפור עברי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מצחיק אותנו בחולשות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ספרות שומרת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הפער בין תקווה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זוכרים את מי שאינם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מאבק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פרק אחד פותח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פרק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מסתתר מאחורי הפנים שאנשים מראים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באתר יש __________ יצירות ב-8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יחידת שירה עברית מן המסד כוללת __________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בכיתה ח׳ אפשר לבחור בין שלושה __________: רגיל, חנמ ועולים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יצירה יש פתיחה, שאלות מדורגות, אמצעים ספרותיים, משימת כתיבה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באתר יש גם מילון __________ עם הסבר ודוגמה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הופעת היחידות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עברי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פתיחה: איך קוראים 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עברית - עד הטפחות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עברית - מן המסד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מתורגם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מהאתר וכתבו בשלושה משפטים מה מעניין אתכם בשאלה המנחה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שני מסלולי לימוד באתר (למשל רגיל וחנמ) ולמה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יחידות ויצירות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 כל דף יצירה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עוסקת יחידת מאבק וזיכרון?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עם אתר ספרות לכיתה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