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📖 ספרות לכיתה ח׳ – מסע ביצירות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היכרות עם אתר ספרות לכיתה ח׳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מבנה היחידות והיצירות באתר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השאלות המנחות של כל יחידה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ניווט במידע מספר ובמחשבה על בחירת יצירות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43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8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שלושה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שלוש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סיפור מתורגם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ד – שבע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יש שלושה מסלולים: רגיל, חנמ ועולים חדשים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מוגדר בתיאור היחידה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כתוב במפורש בעמוד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מופיע בתפריט עוד באתר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היא עוסקת גם בבדידות, קרבה, אחריות ואהבה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התאמה בין יחידה לשאלה המנחה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(הפער בין תקווה למציאות)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(מה מצחיק אותנו בחולשות של אחרים)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(מה מסתתר מאחורי הפנים שאנשים מראים)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(איך ספרות שומרת זיכרון)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ו (איך זוכרים את מי שאינם)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ד (איך פרק אחד פותח עולם שלם)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1. 43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שבע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מסלולים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כרטיס דיון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מונחים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הופעת היחידות באתר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פתיחה: איך קוראים יצירה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סיפור עברי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שירה עברית - מן המסד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מערכונים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סיפור מתורגם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שירה עברית - עד הטפחות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תלמיד בוחר יחידה, מזכיר את שמה והשאלה המנחה, ומסביר בקצרה מדוע נבחרה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תלמיד מציין שההתאמה נוגעת לרמת השאלות או הניסוח, ומסביר שזה עוזר לכל תלמיד ללמוד בהתאם ליכולתו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8 יחידות, 43 יצירות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פתיחה, שאלות, אמצעים ספרותיים, משימת כתיבה וכרטיס דיון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איך זוכרים את מי שאינם ואיך ממשיכים לחיות לצד הזיכרון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את עמוד הבית על המסך ולתרגל יחד את חלק ההתאמה לפני העבודה העצמית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כדאי לעודד תלמידים להיעזר בתיאורי היחידות שבעמוד כדי לנמק את הבחירה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לגרסת חנמ מומלץ לוותר על פריטי skip_n ולהתמקד בעובדות הבסיסיות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📖 ספרות לכיתה ח׳ – מסע ביצירות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היכרות עם אתר ספרות לכיתה ח׳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באתר יש הרבה סיפורים ושירים, מחולקים לקבוצות. בדף הזה נלמד איך האתר בנוי.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יחידה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קבוצה של יצירות שעוסקות בנושא דומה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יצירה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סיפור, שיר או מערכון שלומדים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מסלול לימוד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דרך התאמה של האתר לרמת התלמיד: רגיל, חנמ או עולים חדשים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חנ"מ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חינוך מיוחד - מסלול עם התאמות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אמצעים ספרותיים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כלים שהסופר משתמש בהם כמו דימוי או חריזה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כרטיס דיון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דף עם שאלות לשיחה על היצירה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משימת כתיבה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תרגיל כתיבה הקשור ליצירה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מהדורה למורה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חומר עזר מיוחד למורים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סיפורים ושירים יש באתר?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33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43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53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23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לכמה קבוצות מחולקות היצירות?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7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9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כמה מסלולי לימוד אפשר לבחור בכיתה ח׳?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שניים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שלושה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ארבעה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כמה יצירות יש ביחידה שעוסקת בצחוק?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שלוש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חמש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שבע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ארבע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איזו יחידה עוסקת בשאלה: מה מסתתר מאחורי הפנים שאנשים מראים לעולם?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שואה וגבורה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סיפור מתורגם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מערכונים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מאבק וזיכרון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כמה יצירות יש ביחידה הראשונה עם סיפורים?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ארבע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חמש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שבע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באתר יש מסלול לימוד אחד בלבד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יחידת שואה וגבורה עוסקת בשאלה איך ספרות שומרת זיכרון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ביחידת פרק מספר יש ארבע יצירות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באתר יש גם משחקים ומצגות ליחידות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יחידת שירה עברית עד הטפחות עוסקת רק בטבע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התאמה בין יחידה לשאלה המנחה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סיפור עברי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איך ספרות שומרת זיכרון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מערכונים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מה מסתתר מאחורי הפנים שאנשים מראים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סיפור מתורגם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הפער בין תקווה למציאות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שואה וגבורה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איך פרק אחד פותח עולם שלם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מאבק וזיכרון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מה מצחיק אותנו בחולשות של אחרים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פרק מספר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איך זוכרים את מי שאינם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באתר יש __________ יצירות ב-8 יחידות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יחידת שירה עברית מן המסד כוללת __________ יצירות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בכיתה ח׳ אפשר לבחור בין שלושה __________: רגיל, חנמ ועולים חדשים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לכל יצירה יש פתיחה, שאלות מדורגות, אמצעים ספרותיים, משימת כתיבה ו__________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באתר יש גם מילון __________ עם הסבר ודוגמה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הופעת היחידות באתר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שירה עברית - מן המסד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שירה עברית - עד הטפחות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סיפור מתורגם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פתיחה: איך קוראים יצירה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מערכונים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סיפור עברי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יחידה אחת מהאתר וכתבו בשלושה משפטים מה מעניין אתכם בשאלה המנחה שלה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הסבירו מה ההבדל בין שני מסלולי לימוד באתר (למשל רגיל וחנמ) ולמה זה חשוב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כמה יחידות ויצירות יש באתר?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כולל כל דף יצירה באתר?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על מה עוסקת יחידת מאבק וזיכרון?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היכרות עם אתר ספרות לכיתה ח׳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