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עם אתר ספרות לכיתה ח׳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היחידות והיצירות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השאלות המנחות של כל 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ניווט במידע מספר ובמחשבה על בחירת 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שלושה מסלולים: רגיל, חנמ ועולים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בתיאור היחידה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יחידה לשאלה המנחה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(הפער בין תקווה למציאות)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(מה מצחיק אותנו בחולשות של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(מה מסתתר מאחורי הפנים שאנשים מראים)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(איך ספרות שומרת זיכרון)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מסלולים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הופעת היחידות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פתיחה: איך קוראים 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סיפור עברי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שירה עברית - מן המסד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מערכונים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בוחר יחידה, מזכיר את שמה והשאלה המנחה, ומסביר בקצרה מדוע נבחרה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8 יחידות, 43 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פתיחה, שאלות, אמצעים ספרותיים, משימת כתיבה וכרטיס 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איך זוכרים את מי שאינם ואיך ממשיכים לחיות לצד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עמוד הבית על המסך ולתרגל יחד את חלק ההתאמה לפני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להיעזר בתיאורי היחידות שבעמוד כדי לנמק את הבחירה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חנמ מומלץ לוותר על פריטי skip_n ולהתמקד בעובדות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עם אתר ספרות לכיתה ח׳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ספרות לכיתה ח׳ יש 43 יצירות המחולקות ל-8 יחידות לימוד, וכל יצירה כוללת שאלות, אמצעים ספרותיים ומשימת כתיבה. בדף זה נתרגל את ההיכרות עם מבנה האתר והיחידות שבו.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מסלולים  ·  43  ·  שבע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יצירות יש באתר בסך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יחידות לימוד יש באתר (עם יצירות)?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יצירות יש ביחידת מערכונים?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באתר יש מסלול לימוד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יחידת שואה וגבורה עוסקת בשאלה איך ספרות שומרת זיכרון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 בין יחידה לשאלה המנחה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סיפור עברי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איך ספרות שומרת זיכרון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מערכונים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מה מסתתר מאחורי הפנים שאנשים מראים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סיפור מתורגם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מה מצחיק אותנו בחולשות של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שואה וגבורה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הפער בין תקווה למציאות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באתר יש __________ יצירות ב-8 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יחידת שירה עברית מן המסד כוללת __________ 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בכיתה ח׳ אפשר לבחור בין שלושה __________: רגיל, חנמ ועולים חדשים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הופעת היחידות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פתיחה: איך קוראים יצירה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מערכונים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שירה עברית - מן המסד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סיפור עברי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יחידה אחת מהאתר וכתבו בשלושה משפטים מה מעניין אתכם בשאלה המנחה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יחידות ויצירות יש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כולל כל דף יצירה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היכרות עם אתר ספרות לכיתה ח׳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